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sz w:val="80"/>
        </w:rPr>
        <w:t>ВЕГА-109</w:t>
      </w:r>
    </w:p>
    <w:p>
      <w:pPr>
        <w:jc w:val="center"/>
      </w:pPr>
      <w:r>
        <w:rPr>
          <w:sz w:val="32"/>
        </w:rPr>
        <w:t>Электрофон с проигрывателем и усилителем</w:t>
      </w:r>
    </w:p>
    <w:p>
      <w:pPr>
        <w:jc w:val="center"/>
      </w:pPr>
      <w:r>
        <w:rPr>
          <w:i/>
        </w:rPr>
        <w:t>Полная инструкция для дома</w:t>
      </w:r>
    </w:p>
    <w:p>
      <w:pPr>
        <w:pStyle w:val="Heading1"/>
      </w:pPr>
      <w:r>
        <w:t>Содержание</w:t>
      </w:r>
    </w:p>
    <w:p>
      <w:pPr>
        <w:pStyle w:val="ListBullet"/>
      </w:pPr>
      <w:r>
        <w:t>1. Что это за аппарат</w:t>
      </w:r>
    </w:p>
    <w:p>
      <w:pPr>
        <w:pStyle w:val="ListBullet"/>
      </w:pPr>
      <w:r>
        <w:t>2. Характеристики</w:t>
      </w:r>
    </w:p>
    <w:p>
      <w:pPr>
        <w:pStyle w:val="ListBullet"/>
      </w:pPr>
      <w:r>
        <w:t>3. Размеры и вес</w:t>
      </w:r>
    </w:p>
    <w:p>
      <w:pPr>
        <w:pStyle w:val="ListBullet"/>
      </w:pPr>
      <w:r>
        <w:t>4. Как подключить колонки</w:t>
      </w:r>
    </w:p>
    <w:p>
      <w:pPr>
        <w:pStyle w:val="ListBullet"/>
      </w:pPr>
      <w:r>
        <w:t>5. Как слушать телефон или ноутбук</w:t>
      </w:r>
    </w:p>
    <w:p>
      <w:pPr>
        <w:pStyle w:val="ListBullet"/>
      </w:pPr>
      <w:r>
        <w:t>6. Где купить кабель</w:t>
      </w:r>
    </w:p>
    <w:p>
      <w:pPr>
        <w:pStyle w:val="ListBullet"/>
      </w:pPr>
      <w:r>
        <w:t>7. Как слушать пластинку</w:t>
      </w:r>
    </w:p>
    <w:p>
      <w:pPr>
        <w:pStyle w:val="ListBullet"/>
      </w:pPr>
      <w:r>
        <w:t>8. Тонарм и микролифт</w:t>
      </w:r>
    </w:p>
    <w:p>
      <w:pPr>
        <w:pStyle w:val="ListBullet"/>
      </w:pPr>
      <w:r>
        <w:t>9. Ручки на панели</w:t>
      </w:r>
    </w:p>
    <w:p>
      <w:pPr>
        <w:pStyle w:val="ListBullet"/>
      </w:pPr>
      <w:r>
        <w:t>10. Как расставить колонки</w:t>
      </w:r>
    </w:p>
    <w:p>
      <w:pPr>
        <w:pStyle w:val="ListBullet"/>
      </w:pPr>
      <w:r>
        <w:t>11. Уход за аппаратом</w:t>
      </w:r>
    </w:p>
    <w:p>
      <w:pPr>
        <w:pStyle w:val="ListBullet"/>
      </w:pPr>
      <w:r>
        <w:t>12. Если что-то не так</w:t>
      </w:r>
    </w:p>
    <w:p>
      <w:pPr>
        <w:pStyle w:val="ListBullet"/>
      </w:pPr>
      <w:r>
        <w:t>13. Памятка на холодильник</w:t>
      </w:r>
    </w:p>
    <w:p>
      <w:pPr>
        <w:pStyle w:val="Heading1"/>
      </w:pPr>
      <w:r>
        <w:t>1. Что это за аппарат</w:t>
      </w:r>
    </w:p>
    <w:p>
      <w:r>
        <w:rPr>
          <w:i w:val="0"/>
        </w:rPr>
        <w:t>«Вега-109» — это электрофон: проигрыватель пластинок и усилитель в одном корпусе. Пластинка крутится, игла бежит по бороздкам и превращает их в звук. Звук идёт в усилитель, а оттуда — в две колонки. От вас нужно только опустить иглу.</w:t>
      </w:r>
    </w:p>
    <w:p>
      <w:pPr>
        <w:pStyle w:val="Heading1"/>
      </w:pPr>
      <w:r>
        <w:t>2. Характеристики</w:t>
      </w:r>
    </w:p>
    <w:tbl>
      <w:tblPr>
        <w:tblStyle w:val="LightGrid-Accent3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Параметр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Значение</w:t>
            </w:r>
          </w:p>
        </w:tc>
      </w:tr>
      <w:tr>
        <w:tc>
          <w:tcPr>
            <w:tcW w:type="dxa" w:w="4320"/>
          </w:tcPr>
          <w:p>
            <w:r>
              <w:t>Тип</w:t>
            </w:r>
          </w:p>
        </w:tc>
        <w:tc>
          <w:tcPr>
            <w:tcW w:type="dxa" w:w="4320"/>
          </w:tcPr>
          <w:p>
            <w:r>
              <w:t>стереоэлектрофон с проигрывателем и усилителем</w:t>
            </w:r>
          </w:p>
        </w:tc>
      </w:tr>
      <w:tr>
        <w:tc>
          <w:tcPr>
            <w:tcW w:type="dxa" w:w="4320"/>
          </w:tcPr>
          <w:p>
            <w:r>
              <w:t>Скорости вращения</w:t>
            </w:r>
          </w:p>
        </w:tc>
        <w:tc>
          <w:tcPr>
            <w:tcW w:type="dxa" w:w="4320"/>
          </w:tcPr>
          <w:p>
            <w:r>
              <w:t>33⅓ и 45 об/мин</w:t>
            </w:r>
          </w:p>
        </w:tc>
      </w:tr>
      <w:tr>
        <w:tc>
          <w:tcPr>
            <w:tcW w:type="dxa" w:w="4320"/>
          </w:tcPr>
          <w:p>
            <w:r>
              <w:t>Выходная мощность</w:t>
            </w:r>
          </w:p>
        </w:tc>
        <w:tc>
          <w:tcPr>
            <w:tcW w:type="dxa" w:w="4320"/>
          </w:tcPr>
          <w:p>
            <w:r>
              <w:t>около 2 × 10 Вт</w:t>
            </w:r>
          </w:p>
        </w:tc>
      </w:tr>
      <w:tr>
        <w:tc>
          <w:tcPr>
            <w:tcW w:type="dxa" w:w="4320"/>
          </w:tcPr>
          <w:p>
            <w:r>
              <w:t>Питание</w:t>
            </w:r>
          </w:p>
        </w:tc>
        <w:tc>
          <w:tcPr>
            <w:tcW w:type="dxa" w:w="4320"/>
          </w:tcPr>
          <w:p>
            <w:r>
              <w:t>сеть 220 В, 50 Гц</w:t>
            </w:r>
          </w:p>
        </w:tc>
      </w:tr>
      <w:tr>
        <w:tc>
          <w:tcPr>
            <w:tcW w:type="dxa" w:w="4320"/>
          </w:tcPr>
          <w:p>
            <w:r>
              <w:t>Колонки</w:t>
            </w:r>
          </w:p>
        </w:tc>
        <w:tc>
          <w:tcPr>
            <w:tcW w:type="dxa" w:w="4320"/>
          </w:tcPr>
          <w:p>
            <w:r>
              <w:t>внешние, комплектные 15АС-109, сопротивление 4 Ом</w:t>
            </w:r>
          </w:p>
        </w:tc>
      </w:tr>
      <w:tr>
        <w:tc>
          <w:tcPr>
            <w:tcW w:type="dxa" w:w="4320"/>
          </w:tcPr>
          <w:p>
            <w:r>
              <w:t>Звукосниматель</w:t>
            </w:r>
          </w:p>
        </w:tc>
        <w:tc>
          <w:tcPr>
            <w:tcW w:type="dxa" w:w="4320"/>
          </w:tcPr>
          <w:p>
            <w:r>
              <w:t>магнитоэлектрическая головка MF-101</w:t>
            </w:r>
          </w:p>
        </w:tc>
      </w:tr>
      <w:tr>
        <w:tc>
          <w:tcPr>
            <w:tcW w:type="dxa" w:w="4320"/>
          </w:tcPr>
          <w:p>
            <w:r>
              <w:t>Диапазон частот</w:t>
            </w:r>
          </w:p>
        </w:tc>
        <w:tc>
          <w:tcPr>
            <w:tcW w:type="dxa" w:w="4320"/>
          </w:tcPr>
          <w:p>
            <w:r>
              <w:t>от 50 до 18 000 Гц</w:t>
            </w:r>
          </w:p>
        </w:tc>
      </w:tr>
      <w:tr>
        <w:tc>
          <w:tcPr>
            <w:tcW w:type="dxa" w:w="4320"/>
          </w:tcPr>
          <w:p>
            <w:r>
              <w:t>Габариты корпуса</w:t>
            </w:r>
          </w:p>
        </w:tc>
        <w:tc>
          <w:tcPr>
            <w:tcW w:type="dxa" w:w="4320"/>
          </w:tcPr>
          <w:p>
            <w:r>
              <w:t>46,5 × 42,8 × 21 см (ширина × глубина × высота)</w:t>
            </w:r>
          </w:p>
        </w:tc>
      </w:tr>
      <w:tr>
        <w:tc>
          <w:tcPr>
            <w:tcW w:type="dxa" w:w="4320"/>
          </w:tcPr>
          <w:p>
            <w:r>
              <w:t>Масса</w:t>
            </w:r>
          </w:p>
        </w:tc>
        <w:tc>
          <w:tcPr>
            <w:tcW w:type="dxa" w:w="4320"/>
          </w:tcPr>
          <w:p>
            <w:r>
              <w:t>около 15 кг</w:t>
            </w:r>
          </w:p>
        </w:tc>
      </w:tr>
    </w:tbl>
    <w:p>
      <w:pPr>
        <w:pStyle w:val="Heading1"/>
      </w:pPr>
      <w:r>
        <w:t>3. Размеры и вес</w:t>
      </w:r>
    </w:p>
    <w:p>
      <w:r>
        <w:rPr>
          <w:i w:val="0"/>
        </w:rPr>
        <w:t>Важный момент: в «Веге-109» усилитель не отдельная коробка — он спрятан внутри того же корпуса, что и проигрыватель. Поэтому «вес и размеры усилителя» — это вес и размеры всего электрофона целиком.</w:t>
      </w:r>
    </w:p>
    <w:p>
      <w:r>
        <w:rPr>
          <w:b/>
        </w:rPr>
        <w:t>Сам электрофон (в нём и усилитель):</w:t>
      </w:r>
    </w:p>
    <w:tbl>
      <w:tblPr>
        <w:tblStyle w:val="LightGrid-Accent3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Параметр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Значение</w:t>
            </w:r>
          </w:p>
        </w:tc>
      </w:tr>
      <w:tr>
        <w:tc>
          <w:tcPr>
            <w:tcW w:type="dxa" w:w="4320"/>
          </w:tcPr>
          <w:p>
            <w:r>
              <w:t>Ширина</w:t>
            </w:r>
          </w:p>
        </w:tc>
        <w:tc>
          <w:tcPr>
            <w:tcW w:type="dxa" w:w="4320"/>
          </w:tcPr>
          <w:p>
            <w:r>
              <w:t>46,5 см</w:t>
            </w:r>
          </w:p>
        </w:tc>
      </w:tr>
      <w:tr>
        <w:tc>
          <w:tcPr>
            <w:tcW w:type="dxa" w:w="4320"/>
          </w:tcPr>
          <w:p>
            <w:r>
              <w:t>Глубина</w:t>
            </w:r>
          </w:p>
        </w:tc>
        <w:tc>
          <w:tcPr>
            <w:tcW w:type="dxa" w:w="4320"/>
          </w:tcPr>
          <w:p>
            <w:r>
              <w:t>42,8 см</w:t>
            </w:r>
          </w:p>
        </w:tc>
      </w:tr>
      <w:tr>
        <w:tc>
          <w:tcPr>
            <w:tcW w:type="dxa" w:w="4320"/>
          </w:tcPr>
          <w:p>
            <w:r>
              <w:t>Высота</w:t>
            </w:r>
          </w:p>
        </w:tc>
        <w:tc>
          <w:tcPr>
            <w:tcW w:type="dxa" w:w="4320"/>
          </w:tcPr>
          <w:p>
            <w:r>
              <w:t>21 см</w:t>
            </w:r>
          </w:p>
        </w:tc>
      </w:tr>
      <w:tr>
        <w:tc>
          <w:tcPr>
            <w:tcW w:type="dxa" w:w="4320"/>
          </w:tcPr>
          <w:p>
            <w:r>
              <w:t>Масса</w:t>
            </w:r>
          </w:p>
        </w:tc>
        <w:tc>
          <w:tcPr>
            <w:tcW w:type="dxa" w:w="4320"/>
          </w:tcPr>
          <w:p>
            <w:r>
              <w:t>около 15 кг</w:t>
            </w:r>
          </w:p>
        </w:tc>
      </w:tr>
    </w:tbl>
    <w:p/>
    <w:p>
      <w:r>
        <w:rPr>
          <w:b/>
        </w:rPr>
        <w:t>Одна колонка 15АС-109 (их две):</w:t>
      </w:r>
    </w:p>
    <w:tbl>
      <w:tblPr>
        <w:tblStyle w:val="LightGrid-Accent3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Параметр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Значение</w:t>
            </w:r>
          </w:p>
        </w:tc>
      </w:tr>
      <w:tr>
        <w:tc>
          <w:tcPr>
            <w:tcW w:type="dxa" w:w="4320"/>
          </w:tcPr>
          <w:p>
            <w:r>
              <w:t>Ширина</w:t>
            </w:r>
          </w:p>
        </w:tc>
        <w:tc>
          <w:tcPr>
            <w:tcW w:type="dxa" w:w="4320"/>
          </w:tcPr>
          <w:p>
            <w:r>
              <w:t>36 см</w:t>
            </w:r>
          </w:p>
        </w:tc>
      </w:tr>
      <w:tr>
        <w:tc>
          <w:tcPr>
            <w:tcW w:type="dxa" w:w="4320"/>
          </w:tcPr>
          <w:p>
            <w:r>
              <w:t>Высота</w:t>
            </w:r>
          </w:p>
        </w:tc>
        <w:tc>
          <w:tcPr>
            <w:tcW w:type="dxa" w:w="4320"/>
          </w:tcPr>
          <w:p>
            <w:r>
              <w:t>22 см</w:t>
            </w:r>
          </w:p>
        </w:tc>
      </w:tr>
      <w:tr>
        <w:tc>
          <w:tcPr>
            <w:tcW w:type="dxa" w:w="4320"/>
          </w:tcPr>
          <w:p>
            <w:r>
              <w:t>Глубина</w:t>
            </w:r>
          </w:p>
        </w:tc>
        <w:tc>
          <w:tcPr>
            <w:tcW w:type="dxa" w:w="4320"/>
          </w:tcPr>
          <w:p>
            <w:r>
              <w:t>19 см</w:t>
            </w:r>
          </w:p>
        </w:tc>
      </w:tr>
      <w:tr>
        <w:tc>
          <w:tcPr>
            <w:tcW w:type="dxa" w:w="4320"/>
          </w:tcPr>
          <w:p>
            <w:r>
              <w:t>Масса</w:t>
            </w:r>
          </w:p>
        </w:tc>
        <w:tc>
          <w:tcPr>
            <w:tcW w:type="dxa" w:w="4320"/>
          </w:tcPr>
          <w:p>
            <w:r>
              <w:t>7 кг каждая, пара — 14 кг</w:t>
            </w:r>
          </w:p>
        </w:tc>
      </w:tr>
    </w:tbl>
    <w:p/>
    <w:p>
      <w:r>
        <w:rPr>
          <w:i w:val="0"/>
        </w:rPr>
        <w:t>Примечание: если у вас колонки 25АС-109 (они крупнее и встречаются с другими «Вегами»), то они заметно больше: 48 × 28,5 × 26 см и около 13 кг каждая. В разных справочниках масса самого электрофона указана от 12 до 15 кг — зависит от года выпуска.</w:t>
      </w:r>
    </w:p>
    <w:p>
      <w:r>
        <w:rPr>
          <w:i/>
        </w:rPr>
        <w:t>Для сравнения: электрофон тяжелее двух колонок вместе взятых. Когда будете его передвигать — беритесь двумя руками и держите вертикально.</w:t>
      </w:r>
    </w:p>
    <w:p>
      <w:pPr>
        <w:pStyle w:val="Heading1"/>
      </w:pPr>
      <w:r>
        <w:t>4. Как подключить колонки</w:t>
      </w:r>
    </w:p>
    <w:p>
      <w:r>
        <w:rPr>
          <w:i w:val="0"/>
        </w:rPr>
        <w:t>Сзади две большие круглые розетки. Синяя с подписью Х3 — левая колонка, красная с подписью Х4 — правая. Штекеры колонок подходят только «по своей» розетке, перепутать сложно, но смотрите на цвет и буквы.</w:t>
      </w:r>
    </w:p>
    <w:p>
      <w:r>
        <w:rPr>
          <w:i w:val="0"/>
        </w:rPr>
        <w:t>Важно: сначала воткните колонки, и только потом включайте Вегу в розетку. Если воткнуть колонку при включённом аппарате, может хрустнуть в динамике.</w:t>
      </w:r>
    </w:p>
    <w:p>
      <w:pPr>
        <w:pStyle w:val="Heading1"/>
      </w:pPr>
      <w:r>
        <w:t>5. Как слушать телефон или ноутбук</w:t>
      </w:r>
    </w:p>
    <w:p>
      <w:r>
        <w:rPr>
          <w:i w:val="0"/>
        </w:rPr>
        <w:t>Под откидной крышечкой на передней панели есть круглый пятиштырьковый разъём — он называется «магнитофон» (в документации — Х1). Именно он принимает звук снаружи.</w:t>
      </w:r>
    </w:p>
    <w:p>
      <w:pPr>
        <w:pStyle w:val="ListBullet"/>
      </w:pPr>
      <w:r>
        <w:t>Купите шнур: с одной стороны джек 3,5 мм (как у наушников), с другой — вилка на 5 штырьков (DIN).</w:t>
      </w:r>
    </w:p>
    <w:p>
      <w:pPr>
        <w:pStyle w:val="ListBullet"/>
      </w:pPr>
      <w:r>
        <w:t>Вилка — в разъём «магнитофон» на Веге, джек — в гнездо наушников телефона или ноутбука.</w:t>
      </w:r>
    </w:p>
    <w:p>
      <w:pPr>
        <w:pStyle w:val="ListBullet"/>
      </w:pPr>
      <w:r>
        <w:t>Нажмите на панели кнопку «магнитофон» — Вега переключится с пластинки на внешний звук.</w:t>
      </w:r>
    </w:p>
    <w:p>
      <w:pPr>
        <w:pStyle w:val="ListBullet"/>
      </w:pPr>
      <w:r>
        <w:t>Громкость телефона поставьте на середину, а громче делайте ручкой на Веге — так чище звук.</w:t>
      </w:r>
    </w:p>
    <w:p>
      <w:r>
        <w:rPr>
          <w:i w:val="0"/>
        </w:rPr>
        <w:t>Звук с телефона обычно тише, чем с пластинки, — это нормально, просто выкручивайте громкость на самой Веге.</w:t>
      </w:r>
    </w:p>
    <w:p>
      <w:pPr>
        <w:pStyle w:val="Heading1"/>
      </w:pPr>
      <w:r>
        <w:t>6. Где купить кабель</w:t>
      </w:r>
    </w:p>
    <w:p>
      <w:r>
        <w:rPr>
          <w:i w:val="0"/>
        </w:rPr>
        <w:t>Наберите в поиске магазина фразу: кабель джек 3,5 — DIN 5 pin (иногда пишут «DIN 5 на миниджек»).</w:t>
      </w:r>
    </w:p>
    <w:p>
      <w:r>
        <w:rPr>
          <w:b/>
        </w:rPr>
        <w:t>Где искать:</w:t>
      </w:r>
    </w:p>
    <w:p>
      <w:pPr>
        <w:pStyle w:val="ListBullet"/>
      </w:pPr>
      <w:r>
        <w:t>Ozon — в поиске на сайте или в приложении наберите «кабель джек 3,5 DIN 5 pin».</w:t>
      </w:r>
    </w:p>
    <w:p>
      <w:pPr>
        <w:pStyle w:val="ListBullet"/>
      </w:pPr>
      <w:r>
        <w:t>Wildberries — то же самое в поиске приложения.</w:t>
      </w:r>
    </w:p>
    <w:p>
      <w:pPr>
        <w:pStyle w:val="ListBullet"/>
      </w:pPr>
      <w:r>
        <w:t>Яндекс Маркет — та же фраза.</w:t>
      </w:r>
    </w:p>
    <w:p>
      <w:r>
        <w:rPr>
          <w:b/>
        </w:rPr>
        <w:t>Подсказки по выбору:</w:t>
      </w:r>
    </w:p>
    <w:p>
      <w:pPr>
        <w:pStyle w:val="ListBullet"/>
      </w:pPr>
      <w:r>
        <w:t>Обычные кабели REXANT стоят недорого — для начала их за глаза.</w:t>
      </w:r>
    </w:p>
    <w:p>
      <w:pPr>
        <w:pStyle w:val="ListBullet"/>
      </w:pPr>
      <w:r>
        <w:t>Если хотите «на вырост» — берите с позолоченными контактами: меньше окисляются.</w:t>
      </w:r>
    </w:p>
    <w:p>
      <w:pPr>
        <w:pStyle w:val="ListBullet"/>
      </w:pPr>
      <w:r>
        <w:t>Смотрите на длину: 1,5 метра обычно хватает; если Вега далеко от дивана — ищите трёхметровый.</w:t>
      </w:r>
    </w:p>
    <w:p>
      <w:r>
        <w:rPr>
          <w:i w:val="0"/>
        </w:rPr>
        <w:t>Показывайте продавцу наш раздел 5 — там схема, и будет сразу ясно, что нужно.</w:t>
      </w:r>
    </w:p>
    <w:p>
      <w:pPr>
        <w:pStyle w:val="Heading1"/>
      </w:pPr>
      <w:r>
        <w:t>7. Как слушать пластинку</w:t>
      </w:r>
    </w:p>
    <w:p>
      <w:r>
        <w:rPr>
          <w:i w:val="0"/>
        </w:rPr>
        <w:t>Четыре шага: снимите крышку — положите пластинку на диск — поднимите рычажок и подведите иглу к краю — опустите рычажок. Дальше музыка играет сама, а игла медленно едет к центру.</w:t>
      </w:r>
    </w:p>
    <w:p>
      <w:r>
        <w:rPr>
          <w:i w:val="0"/>
        </w:rPr>
        <w:t>Когда пластинка кончилась: поднимите рычажок, верните тонарм на место, положите пластинку обратно в конверт.</w:t>
      </w:r>
    </w:p>
    <w:p>
      <w:pPr>
        <w:pStyle w:val="Heading1"/>
      </w:pPr>
      <w:r>
        <w:t>8. Тонарм и микролифт</w:t>
      </w:r>
    </w:p>
    <w:p>
      <w:r>
        <w:rPr>
          <w:i w:val="0"/>
        </w:rPr>
        <w:t>Тонарм — это рычаг с иглой на конце. Не толкайте его рукой и не опускайте иглу на пластинку пальцем: так легко поцарапать запись.</w:t>
      </w:r>
    </w:p>
    <w:p>
      <w:r>
        <w:rPr>
          <w:i w:val="0"/>
        </w:rPr>
        <w:t>Для этого и придуман микролифт — жёлтый рычажок сбоку. Подняли — игла висит в воздухе, можно подводить куда надо. Опустили — игла плавно легла на пластинку. Это самая полезная кнопка во всём аппарате.</w:t>
      </w:r>
    </w:p>
    <w:p>
      <w:pPr>
        <w:pStyle w:val="Heading1"/>
      </w:pPr>
      <w:r>
        <w:t>9. Ручки на панели</w:t>
      </w:r>
    </w:p>
    <w:p>
      <w:r>
        <w:drawing>
          <wp:inline xmlns:a="http://schemas.openxmlformats.org/drawingml/2006/main" xmlns:pic="http://schemas.openxmlformats.org/drawingml/2006/picture">
            <wp:extent cx="5303520" cy="229137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nel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29137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ListBullet"/>
      </w:pPr>
      <w:r>
        <w:t>Громкость — главная ручка, крутите медленно.</w:t>
      </w:r>
    </w:p>
    <w:p>
      <w:pPr>
        <w:pStyle w:val="ListBullet"/>
      </w:pPr>
      <w:r>
        <w:t>Баланс — сдвигает звук между левой и правой колонками; если одна играет громче другой — покрутите её.</w:t>
      </w:r>
    </w:p>
    <w:p>
      <w:pPr>
        <w:pStyle w:val="ListBullet"/>
      </w:pPr>
      <w:r>
        <w:t>НЧ — нижние частоты (басы): влево — меньше, вправо — больше.</w:t>
      </w:r>
    </w:p>
    <w:p>
      <w:pPr>
        <w:pStyle w:val="ListBullet"/>
      </w:pPr>
      <w:r>
        <w:t>ВЧ — верхние частоты: влево — звук мягче, вправо — ярче, с «звоном».</w:t>
      </w:r>
    </w:p>
    <w:p>
      <w:pPr>
        <w:pStyle w:val="ListBullet"/>
      </w:pPr>
      <w:r>
        <w:t>Скорости — 33 об/мин для обычных пластинок, 45 — для маленьких синглов.</w:t>
      </w:r>
    </w:p>
    <w:p>
      <w:pPr>
        <w:pStyle w:val="ListBullet"/>
      </w:pPr>
      <w:r>
        <w:t>Переключатель «пластинка / магнитофон»: пластинка — слушаем иглу, магнитофон — слушаем телефон.</w:t>
      </w:r>
    </w:p>
    <w:p>
      <w:pPr>
        <w:pStyle w:val="ListBullet"/>
      </w:pPr>
      <w:r>
        <w:t>Зелёная кнопка — вкл/выкл.</w:t>
      </w:r>
    </w:p>
    <w:p>
      <w:pPr>
        <w:pStyle w:val="Heading1"/>
      </w:pPr>
      <w:r>
        <w:t>10. Как расставить колонки</w:t>
      </w:r>
    </w:p>
    <w:p>
      <w:r>
        <w:drawing>
          <wp:inline xmlns:a="http://schemas.openxmlformats.org/drawingml/2006/main" xmlns:pic="http://schemas.openxmlformats.org/drawingml/2006/picture">
            <wp:extent cx="4389120" cy="372618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erso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372618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i w:val="0"/>
        </w:rPr>
        <w:t>Лучший звук — когда вы и две колонки стоят «треугольником»: колонки чуть в стороны, на уровне ушей и одинаково далеко от вас.</w:t>
      </w:r>
    </w:p>
    <w:p>
      <w:pPr>
        <w:pStyle w:val="ListBullet"/>
      </w:pPr>
      <w:r>
        <w:t>Не ставьте колонки вплотную к стене — басы замутнеют.</w:t>
      </w:r>
    </w:p>
    <w:p>
      <w:pPr>
        <w:pStyle w:val="ListBullet"/>
      </w:pPr>
      <w:r>
        <w:t>Обе колонки — на одной высоте и на одинаковых подставках.</w:t>
      </w:r>
    </w:p>
    <w:p>
      <w:pPr>
        <w:pStyle w:val="ListBullet"/>
      </w:pPr>
      <w:r>
        <w:t>Между колонками и вами — по прямой, без шкафа посередине.</w:t>
      </w:r>
    </w:p>
    <w:p>
      <w:pPr>
        <w:pStyle w:val="Heading1"/>
      </w:pPr>
      <w:r>
        <w:t>11. Уход за аппаратом</w:t>
      </w:r>
    </w:p>
    <w:p>
      <w:pPr>
        <w:pStyle w:val="ListBullet"/>
      </w:pPr>
      <w:r>
        <w:t>Пластинки держите в конвертах и не трогайте пальцами за дорожки — только за края.</w:t>
      </w:r>
    </w:p>
    <w:p>
      <w:pPr>
        <w:pStyle w:val="ListBullet"/>
      </w:pPr>
      <w:r>
        <w:t>Иглу протирайте специальной щёточкой раз в несколько недель.</w:t>
      </w:r>
    </w:p>
    <w:p>
      <w:pPr>
        <w:pStyle w:val="ListBullet"/>
      </w:pPr>
      <w:r>
        <w:t>Крышку опускайте, когда не слушаете — меньше пыли на пластинке.</w:t>
      </w:r>
    </w:p>
    <w:p>
      <w:pPr>
        <w:pStyle w:val="ListBullet"/>
      </w:pPr>
      <w:r>
        <w:t>Не ставьте на Вегу цветочные горшки и чашки: пыль и капли — враги механики.</w:t>
      </w:r>
    </w:p>
    <w:p>
      <w:pPr>
        <w:pStyle w:val="ListBullet"/>
      </w:pPr>
      <w:r>
        <w:t>Переносите аппарат только в вертикальном положении, держа в руках, — не наклоняйте и не переворачивайте.</w:t>
      </w:r>
    </w:p>
    <w:p>
      <w:pPr>
        <w:pStyle w:val="Heading1"/>
      </w:pPr>
      <w:r>
        <w:t>12. Если что-то не так</w:t>
      </w:r>
    </w:p>
    <w:tbl>
      <w:tblPr>
        <w:tblStyle w:val="LightGrid-Accent3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Симптом</w:t>
            </w:r>
          </w:p>
        </w:tc>
        <w:tc>
          <w:tcPr>
            <w:tcW w:type="dxa" w:w="4320"/>
          </w:tcPr>
          <w:p>
            <w:r>
              <w:rPr>
                <w:b/>
              </w:rPr>
              <w:t>Что делать</w:t>
            </w:r>
          </w:p>
        </w:tc>
      </w:tr>
      <w:tr>
        <w:tc>
          <w:tcPr>
            <w:tcW w:type="dxa" w:w="4320"/>
          </w:tcPr>
          <w:p>
            <w:r>
              <w:t>Полная тишина</w:t>
            </w:r>
          </w:p>
        </w:tc>
        <w:tc>
          <w:tcPr>
            <w:tcW w:type="dxa" w:w="4320"/>
          </w:tcPr>
          <w:p>
            <w:r>
              <w:t>Проверьте: вилка в розетке? Кнопка вкл? Колонки воткнуты в Х3 и Х4?</w:t>
            </w:r>
          </w:p>
        </w:tc>
      </w:tr>
      <w:tr>
        <w:tc>
          <w:tcPr>
            <w:tcW w:type="dxa" w:w="4320"/>
          </w:tcPr>
          <w:p>
            <w:r>
              <w:t>Звук только из одной колонки</w:t>
            </w:r>
          </w:p>
        </w:tc>
        <w:tc>
          <w:tcPr>
            <w:tcW w:type="dxa" w:w="4320"/>
          </w:tcPr>
          <w:p>
            <w:r>
              <w:t>Переткните штекеры Х3 и Х4 местами. Заглохла другая — значит, дело в колонке.</w:t>
            </w:r>
          </w:p>
        </w:tc>
      </w:tr>
      <w:tr>
        <w:tc>
          <w:tcPr>
            <w:tcW w:type="dxa" w:w="4320"/>
          </w:tcPr>
          <w:p>
            <w:r>
              <w:t>Звук дрожит и «плавает»</w:t>
            </w:r>
          </w:p>
        </w:tc>
        <w:tc>
          <w:tcPr>
            <w:tcW w:type="dxa" w:w="4320"/>
          </w:tcPr>
          <w:p>
            <w:r>
              <w:t>Аппарат стоит неустойчиво. Поставьте на ровную жёсткую поверхность.</w:t>
            </w:r>
          </w:p>
        </w:tc>
      </w:tr>
      <w:tr>
        <w:tc>
          <w:tcPr>
            <w:tcW w:type="dxa" w:w="4320"/>
          </w:tcPr>
          <w:p>
            <w:r>
              <w:t>Игла скачет по пластинке</w:t>
            </w:r>
          </w:p>
        </w:tc>
        <w:tc>
          <w:tcPr>
            <w:tcW w:type="dxa" w:w="4320"/>
          </w:tcPr>
          <w:p>
            <w:r>
              <w:t>Слишком громкий звук расшатывает иглу — убавьте громкость. Проверьте скорость.</w:t>
            </w:r>
          </w:p>
        </w:tc>
      </w:tr>
      <w:tr>
        <w:tc>
          <w:tcPr>
            <w:tcW w:type="dxa" w:w="4320"/>
          </w:tcPr>
          <w:p>
            <w:r>
              <w:t>Слышно вой или свист</w:t>
            </w:r>
          </w:p>
        </w:tc>
        <w:tc>
          <w:tcPr>
            <w:tcW w:type="dxa" w:w="4320"/>
          </w:tcPr>
          <w:p>
            <w:r>
              <w:t>Ручка громкости заедает? Пошевелите её туда-сюда.</w:t>
            </w:r>
          </w:p>
        </w:tc>
      </w:tr>
      <w:tr>
        <w:tc>
          <w:tcPr>
            <w:tcW w:type="dxa" w:w="4320"/>
          </w:tcPr>
          <w:p>
            <w:r>
              <w:t>Телефон играет слишком тихо</w:t>
            </w:r>
          </w:p>
        </w:tc>
        <w:tc>
          <w:tcPr>
            <w:tcW w:type="dxa" w:w="4320"/>
          </w:tcPr>
          <w:p>
            <w:r>
              <w:t>Выкрутите громкость телефона до конца и уберите громкость на Веге пониже.</w:t>
            </w:r>
          </w:p>
        </w:tc>
      </w:tr>
    </w:tbl>
    <w:p>
      <w:pPr>
        <w:pStyle w:val="Heading1"/>
      </w:pPr>
      <w:r>
        <w:t>13. Памятка на холодильник</w:t>
      </w:r>
    </w:p>
    <w:p>
      <w:pPr>
        <w:pStyle w:val="ListBullet"/>
      </w:pPr>
      <w:r>
        <w:t>Колонки: синий Х3 — левая, красный Х4 — правая. Подключать ДО включения в розетку.</w:t>
      </w:r>
    </w:p>
    <w:p>
      <w:pPr>
        <w:pStyle w:val="ListBullet"/>
      </w:pPr>
      <w:r>
        <w:t>Пластинка: рычажок вверх — подводим, рычажок вниз — играет.</w:t>
      </w:r>
    </w:p>
    <w:p>
      <w:pPr>
        <w:pStyle w:val="ListBullet"/>
      </w:pPr>
      <w:r>
        <w:t>Телефон: кабель джек 3,5 → DIN, разъём «магнитофон», кнопка «магнитофон».</w:t>
      </w:r>
    </w:p>
    <w:p>
      <w:pPr>
        <w:pStyle w:val="ListBullet"/>
      </w:pPr>
      <w:r>
        <w:t>Кабель купить: набрать в поиске «кабель джек 3,5 — DIN 5 pin».</w:t>
      </w:r>
    </w:p>
    <w:p>
      <w:pPr>
        <w:pStyle w:val="ListBullet"/>
      </w:pPr>
      <w:r>
        <w:t>Иглу не трогать пальцами. Пластинки — за края.</w:t>
      </w:r>
    </w:p>
    <w:p>
      <w:pPr>
        <w:pStyle w:val="ListBullet"/>
      </w:pPr>
      <w:r>
        <w:t>Не слушать слишком громко — соседей и иглу жалко.</w:t>
      </w:r>
    </w:p>
    <w:p/>
    <w:p>
      <w:pPr>
        <w:jc w:val="center"/>
      </w:pPr>
      <w:r>
        <w:rPr>
          <w:i/>
        </w:rPr>
        <w:t>ВЕГА-109 • Инструкция для дома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